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D82BE" w14:textId="77777777" w:rsidR="000C1ED5" w:rsidRDefault="00000000">
      <w:pPr>
        <w:spacing w:after="0" w:line="269" w:lineRule="auto"/>
        <w:jc w:val="center"/>
      </w:pPr>
      <w:r>
        <w:rPr>
          <w:b/>
        </w:rPr>
        <w:t>CỘNG HÒA XÃ HỘI CHỦ NGHĨA VIỆT NAM</w:t>
      </w:r>
    </w:p>
    <w:p w14:paraId="72DDA9C8" w14:textId="77777777" w:rsidR="000C1ED5" w:rsidRDefault="00000000">
      <w:pPr>
        <w:spacing w:after="160" w:line="269" w:lineRule="auto"/>
        <w:jc w:val="center"/>
      </w:pPr>
      <w:r>
        <w:rPr>
          <w:b/>
        </w:rPr>
        <w:t>Độc lập - Tự do - Hạnh phúc</w:t>
      </w:r>
    </w:p>
    <w:p w14:paraId="3CC75A1D" w14:textId="77777777" w:rsidR="000C1ED5" w:rsidRDefault="00000000">
      <w:pPr>
        <w:spacing w:after="160" w:line="269" w:lineRule="auto"/>
        <w:jc w:val="center"/>
      </w:pPr>
      <w:r>
        <w:rPr>
          <w:b/>
          <w:sz w:val="28"/>
        </w:rPr>
        <w:t>ĐƠN XIN HIỆU CHỈNH THÔNG TIN THỰC TẬP</w:t>
      </w:r>
    </w:p>
    <w:p w14:paraId="46D8D923" w14:textId="77777777" w:rsidR="000C1ED5" w:rsidRDefault="00000000">
      <w:pPr>
        <w:spacing w:after="160" w:line="269" w:lineRule="auto"/>
      </w:pPr>
      <w:r>
        <w:rPr>
          <w:b/>
        </w:rPr>
        <w:t>Kính gửi: Khoa Công nghệ Thông tin - Trường Đại học Công Thương Thành phố Hồ Chí Minh</w:t>
      </w:r>
    </w:p>
    <w:p w14:paraId="080EDBF3" w14:textId="77777777" w:rsidR="000C1ED5" w:rsidRDefault="00000000">
      <w:pPr>
        <w:spacing w:after="80" w:line="269" w:lineRule="auto"/>
      </w:pPr>
      <w:r>
        <w:rPr>
          <w:b/>
        </w:rPr>
        <w:t>I. THÔNG TIN SINH VIÊN</w:t>
      </w:r>
    </w:p>
    <w:p w14:paraId="3D18B0A6" w14:textId="77777777" w:rsidR="000C1ED5" w:rsidRDefault="00000000">
      <w:pPr>
        <w:spacing w:after="40" w:line="269" w:lineRule="auto"/>
      </w:pPr>
      <w:r>
        <w:t>Họ và tên sinh viên: ................................................................................................................</w:t>
      </w:r>
    </w:p>
    <w:p w14:paraId="773DB30F" w14:textId="77777777" w:rsidR="000C1ED5" w:rsidRDefault="00000000">
      <w:pPr>
        <w:spacing w:after="40" w:line="269" w:lineRule="auto"/>
      </w:pPr>
      <w:r>
        <w:t>Mã số sinh viên: .............................................  Lớp: ........................................................</w:t>
      </w:r>
    </w:p>
    <w:p w14:paraId="150B2FBA" w14:textId="77777777" w:rsidR="000C1ED5" w:rsidRDefault="00000000">
      <w:pPr>
        <w:spacing w:after="40" w:line="269" w:lineRule="auto"/>
      </w:pPr>
      <w:r>
        <w:t>Ngành/Chuyên ngành: ..........................................................................................................</w:t>
      </w:r>
    </w:p>
    <w:p w14:paraId="6932ADFC" w14:textId="77777777" w:rsidR="000C1ED5" w:rsidRDefault="00000000">
      <w:pPr>
        <w:spacing w:after="40" w:line="269" w:lineRule="auto"/>
      </w:pPr>
      <w:r>
        <w:t>Số điện thoại: .....................................................  Email: ..................................................</w:t>
      </w:r>
    </w:p>
    <w:p w14:paraId="58499E52" w14:textId="77777777" w:rsidR="000C1ED5" w:rsidRDefault="00000000">
      <w:pPr>
        <w:spacing w:after="40" w:line="269" w:lineRule="auto"/>
      </w:pPr>
      <w:r>
        <w:t>Đợt thực tập: Đợt 2 năm học 2026 - 2027</w:t>
      </w:r>
    </w:p>
    <w:p w14:paraId="1B4BA0B5" w14:textId="77777777" w:rsidR="000C1ED5" w:rsidRDefault="00000000">
      <w:pPr>
        <w:spacing w:after="80" w:line="269" w:lineRule="auto"/>
      </w:pPr>
      <w:r>
        <w:rPr>
          <w:b/>
        </w:rPr>
        <w:t>II. NỘI DUNG ĐỀ NGHỊ HIỆU CHỈNH</w:t>
      </w:r>
    </w:p>
    <w:p w14:paraId="3F610F54" w14:textId="77777777" w:rsidR="000C1ED5" w:rsidRDefault="00000000">
      <w:pPr>
        <w:spacing w:after="40" w:line="269" w:lineRule="auto"/>
      </w:pPr>
      <w:r>
        <w:rPr>
          <w:b/>
        </w:rPr>
        <w:t>1. Nội dung hiện tại theo danh sách dự kiến:</w:t>
      </w:r>
    </w:p>
    <w:p w14:paraId="0995DF9D" w14:textId="77777777" w:rsidR="000C1ED5" w:rsidRDefault="00000000">
      <w:pPr>
        <w:spacing w:after="40" w:line="269" w:lineRule="auto"/>
      </w:pPr>
      <w:r>
        <w:t>................................................................................................................................................</w:t>
      </w:r>
    </w:p>
    <w:p w14:paraId="55B03232" w14:textId="77777777" w:rsidR="000C1ED5" w:rsidRDefault="00000000">
      <w:pPr>
        <w:spacing w:after="100" w:line="269" w:lineRule="auto"/>
      </w:pPr>
      <w:r>
        <w:t>................................................................................................................................................</w:t>
      </w:r>
    </w:p>
    <w:p w14:paraId="63828FCA" w14:textId="77777777" w:rsidR="000C1ED5" w:rsidRDefault="00000000">
      <w:pPr>
        <w:spacing w:after="40" w:line="269" w:lineRule="auto"/>
      </w:pPr>
      <w:r>
        <w:rPr>
          <w:b/>
        </w:rPr>
        <w:t>2. Nội dung đề nghị hiệu chỉnh:</w:t>
      </w:r>
    </w:p>
    <w:p w14:paraId="22D31A3E" w14:textId="77777777" w:rsidR="000C1ED5" w:rsidRDefault="00000000">
      <w:pPr>
        <w:spacing w:after="40" w:line="269" w:lineRule="auto"/>
      </w:pPr>
      <w:r>
        <w:t>................................................................................................................................................</w:t>
      </w:r>
    </w:p>
    <w:p w14:paraId="17A2788B" w14:textId="77777777" w:rsidR="000C1ED5" w:rsidRDefault="00000000">
      <w:pPr>
        <w:spacing w:after="100" w:line="269" w:lineRule="auto"/>
      </w:pPr>
      <w:r>
        <w:t>................................................................................................................................................</w:t>
      </w:r>
    </w:p>
    <w:p w14:paraId="4EF732EE" w14:textId="77777777" w:rsidR="000C1ED5" w:rsidRDefault="00000000">
      <w:pPr>
        <w:spacing w:after="40" w:line="269" w:lineRule="auto"/>
      </w:pPr>
      <w:r>
        <w:rPr>
          <w:b/>
        </w:rPr>
        <w:t>3. Lý do đề nghị hiệu chỉnh:</w:t>
      </w:r>
    </w:p>
    <w:p w14:paraId="7C69A468" w14:textId="77777777" w:rsidR="000C1ED5" w:rsidRDefault="00000000">
      <w:pPr>
        <w:spacing w:after="40" w:line="269" w:lineRule="auto"/>
      </w:pPr>
      <w:r>
        <w:t>................................................................................................................................................</w:t>
      </w:r>
    </w:p>
    <w:p w14:paraId="7BD522B6" w14:textId="77777777" w:rsidR="000C1ED5" w:rsidRDefault="00000000">
      <w:pPr>
        <w:spacing w:after="100" w:line="269" w:lineRule="auto"/>
      </w:pPr>
      <w:r>
        <w:t>................................................................................................................................................</w:t>
      </w:r>
    </w:p>
    <w:p w14:paraId="3AA1A6EA" w14:textId="77777777" w:rsidR="000C1ED5" w:rsidRDefault="00000000">
      <w:pPr>
        <w:spacing w:after="40" w:line="269" w:lineRule="auto"/>
      </w:pPr>
      <w:r>
        <w:rPr>
          <w:b/>
        </w:rPr>
        <w:t>4. Minh chứng kèm theo:</w:t>
      </w:r>
    </w:p>
    <w:p w14:paraId="668D3027" w14:textId="77777777" w:rsidR="000C1ED5" w:rsidRDefault="00000000">
      <w:pPr>
        <w:spacing w:after="40" w:line="269" w:lineRule="auto"/>
      </w:pPr>
      <w:r>
        <w:t>................................................................................................................................................</w:t>
      </w:r>
    </w:p>
    <w:p w14:paraId="517D3D81" w14:textId="77777777" w:rsidR="000C1ED5" w:rsidRDefault="00000000">
      <w:pPr>
        <w:spacing w:after="100" w:line="269" w:lineRule="auto"/>
      </w:pPr>
      <w:r>
        <w:t>................................................................................................................................................</w:t>
      </w:r>
    </w:p>
    <w:p w14:paraId="4CAD68EF" w14:textId="77777777" w:rsidR="000C1ED5" w:rsidRDefault="00000000">
      <w:pPr>
        <w:spacing w:after="80" w:line="269" w:lineRule="auto"/>
      </w:pPr>
      <w:r>
        <w:rPr>
          <w:b/>
        </w:rPr>
        <w:t>III. CAM KẾT</w:t>
      </w:r>
    </w:p>
    <w:p w14:paraId="339F8852" w14:textId="77777777" w:rsidR="000C1ED5" w:rsidRDefault="00000000">
      <w:pPr>
        <w:spacing w:after="60" w:line="269" w:lineRule="auto"/>
        <w:ind w:firstLine="567"/>
      </w:pPr>
      <w:r>
        <w:t>Tôi cam kết các thông tin nêu trên là đúng sự thật, minh chứng kèm theo là hợp lệ và chịu trách nhiệm trước Khoa, Nhà trường về nội dung đề nghị hiệu chỉnh.</w:t>
      </w:r>
    </w:p>
    <w:p w14:paraId="0A3D700F" w14:textId="77777777" w:rsidR="000C1ED5" w:rsidRDefault="00000000">
      <w:pPr>
        <w:spacing w:after="60" w:line="269" w:lineRule="auto"/>
        <w:ind w:firstLine="567"/>
      </w:pPr>
      <w:r>
        <w:t>Kính đề nghị Khoa Công nghệ Thông tin xem xét, giải quyết.</w:t>
      </w:r>
    </w:p>
    <w:tbl>
      <w:tblPr>
        <w:tblW w:w="0" w:type="auto"/>
        <w:tblBorders>
          <w:top w:val="nil"/>
          <w:left w:val="nil"/>
          <w:bottom w:val="nil"/>
          <w:right w:val="nil"/>
          <w:insideH w:val="nil"/>
          <w:insideV w:val="nil"/>
        </w:tblBorders>
        <w:tblLook w:val="04A0" w:firstRow="1" w:lastRow="0" w:firstColumn="1" w:lastColumn="0" w:noHBand="0" w:noVBand="1"/>
      </w:tblPr>
      <w:tblGrid>
        <w:gridCol w:w="4844"/>
        <w:gridCol w:w="4844"/>
      </w:tblGrid>
      <w:tr w:rsidR="000C1ED5" w14:paraId="02767335" w14:textId="77777777">
        <w:tc>
          <w:tcPr>
            <w:tcW w:w="4844" w:type="dxa"/>
          </w:tcPr>
          <w:p w14:paraId="7200A0C0" w14:textId="77777777" w:rsidR="000C1ED5" w:rsidRDefault="000C1ED5"/>
        </w:tc>
        <w:tc>
          <w:tcPr>
            <w:tcW w:w="4844" w:type="dxa"/>
          </w:tcPr>
          <w:p w14:paraId="1D23D386" w14:textId="77777777" w:rsidR="000C1ED5" w:rsidRDefault="00000000">
            <w:pPr>
              <w:jc w:val="center"/>
            </w:pPr>
            <w:r>
              <w:rPr>
                <w:i/>
                <w:sz w:val="24"/>
              </w:rPr>
              <w:t>TP. Hồ Chí Minh, ngày ...... tháng ...... năm 2026</w:t>
            </w:r>
            <w:r>
              <w:rPr>
                <w:i/>
              </w:rPr>
              <w:br/>
            </w:r>
            <w:r>
              <w:rPr>
                <w:b/>
              </w:rPr>
              <w:t>NGƯỜI LÀM ĐƠN</w:t>
            </w:r>
            <w:r>
              <w:rPr>
                <w:b/>
              </w:rPr>
              <w:br/>
            </w:r>
            <w:r>
              <w:rPr>
                <w:i/>
              </w:rPr>
              <w:t>(Ký và ghi rõ họ tên)</w:t>
            </w:r>
            <w:r>
              <w:rPr>
                <w:i/>
              </w:rPr>
              <w:br/>
            </w:r>
            <w:r>
              <w:rPr>
                <w:i/>
              </w:rPr>
              <w:br/>
            </w:r>
            <w:r>
              <w:rPr>
                <w:i/>
              </w:rPr>
              <w:br/>
            </w:r>
          </w:p>
        </w:tc>
      </w:tr>
    </w:tbl>
    <w:p w14:paraId="3DB23118" w14:textId="77777777" w:rsidR="001C0DBC" w:rsidRDefault="001C0DBC"/>
    <w:sectPr w:rsidR="001C0DBC" w:rsidSect="00034616">
      <w:pgSz w:w="12240" w:h="15840"/>
      <w:pgMar w:top="1020" w:right="1134" w:bottom="85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B060402020202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25A11A4"/>
    <w:multiLevelType w:val="hybridMultilevel"/>
    <w:tmpl w:val="C7AE1054"/>
    <w:lvl w:ilvl="0" w:tplc="CA466A3E">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0" w15:restartNumberingAfterBreak="0">
    <w:nsid w:val="72213357"/>
    <w:multiLevelType w:val="hybridMultilevel"/>
    <w:tmpl w:val="4A18FEA6"/>
    <w:lvl w:ilvl="0" w:tplc="B8646EB4">
      <w:numFmt w:val="bullet"/>
      <w:lvlText w:val="•"/>
      <w:lvlJc w:val="left"/>
      <w:pPr>
        <w:ind w:left="530" w:hanging="360"/>
      </w:pPr>
      <w:rPr>
        <w:rFonts w:ascii="Times New Roman" w:eastAsia="Times New Roman" w:hAnsi="Times New Roman" w:cs="Times New Roman" w:hint="default"/>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num w:numId="1" w16cid:durableId="1565489700">
    <w:abstractNumId w:val="8"/>
  </w:num>
  <w:num w:numId="2" w16cid:durableId="2063794446">
    <w:abstractNumId w:val="6"/>
  </w:num>
  <w:num w:numId="3" w16cid:durableId="436147374">
    <w:abstractNumId w:val="5"/>
  </w:num>
  <w:num w:numId="4" w16cid:durableId="403797757">
    <w:abstractNumId w:val="4"/>
  </w:num>
  <w:num w:numId="5" w16cid:durableId="1099594687">
    <w:abstractNumId w:val="7"/>
  </w:num>
  <w:num w:numId="6" w16cid:durableId="1028524100">
    <w:abstractNumId w:val="3"/>
  </w:num>
  <w:num w:numId="7" w16cid:durableId="1839687888">
    <w:abstractNumId w:val="2"/>
  </w:num>
  <w:num w:numId="8" w16cid:durableId="96339963">
    <w:abstractNumId w:val="1"/>
  </w:num>
  <w:num w:numId="9" w16cid:durableId="657416981">
    <w:abstractNumId w:val="0"/>
  </w:num>
  <w:num w:numId="10" w16cid:durableId="1558392855">
    <w:abstractNumId w:val="9"/>
  </w:num>
  <w:num w:numId="11" w16cid:durableId="1019238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1ED5"/>
    <w:rsid w:val="0015074B"/>
    <w:rsid w:val="001C0DBC"/>
    <w:rsid w:val="0029639D"/>
    <w:rsid w:val="00326F90"/>
    <w:rsid w:val="0035612C"/>
    <w:rsid w:val="00366882"/>
    <w:rsid w:val="00381086"/>
    <w:rsid w:val="003F6859"/>
    <w:rsid w:val="00487B78"/>
    <w:rsid w:val="007B12B2"/>
    <w:rsid w:val="00A500DC"/>
    <w:rsid w:val="00AA1D8D"/>
    <w:rsid w:val="00AB3324"/>
    <w:rsid w:val="00B47730"/>
    <w:rsid w:val="00B605DF"/>
    <w:rsid w:val="00CB0664"/>
    <w:rsid w:val="00CD6D50"/>
    <w:rsid w:val="00E0141E"/>
    <w:rsid w:val="00E40641"/>
    <w:rsid w:val="00EB35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D5566B"/>
  <w14:defaultImageDpi w14:val="300"/>
  <w15:docId w15:val="{501C3AED-2A53-A143-98AF-9CC098A9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SuNQ</cp:lastModifiedBy>
  <cp:revision>2</cp:revision>
  <dcterms:created xsi:type="dcterms:W3CDTF">2026-09-24T06:10:00Z</dcterms:created>
  <dcterms:modified xsi:type="dcterms:W3CDTF">2026-09-24T06:10:00Z</dcterms:modified>
  <cp:category/>
</cp:coreProperties>
</file>